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3209"/>
        <w:gridCol w:w="1637"/>
        <w:gridCol w:w="12"/>
        <w:gridCol w:w="2968"/>
      </w:tblGrid>
      <w:tr w:rsidR="00FE68C1" w14:paraId="5F32EDDE" w14:textId="77777777">
        <w:trPr>
          <w:jc w:val="center"/>
        </w:trPr>
        <w:tc>
          <w:tcPr>
            <w:tcW w:w="10432" w:type="dxa"/>
            <w:gridSpan w:val="5"/>
            <w:shd w:val="clear" w:color="auto" w:fill="28594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D91D8B1" w14:textId="7B8E0F79" w:rsidR="00FE68C1" w:rsidRDefault="00000000">
            <w:pPr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30"/>
                <w:lang w:eastAsia="zh-CN"/>
              </w:rPr>
              <w:t>2026</w:t>
            </w:r>
            <w:r w:rsidR="00527F84" w:rsidRPr="00527F84">
              <w:rPr>
                <w:b/>
                <w:color w:val="FFFFFF"/>
                <w:sz w:val="30"/>
                <w:lang w:eastAsia="zh-CN"/>
              </w:rPr>
              <w:t>喜马拉雅野生药用植物</w:t>
            </w:r>
            <w:r>
              <w:rPr>
                <w:b/>
                <w:color w:val="FFFFFF"/>
                <w:sz w:val="30"/>
                <w:lang w:eastAsia="zh-CN"/>
              </w:rPr>
              <w:t>加德满都可持续发展论坛</w:t>
            </w:r>
            <w:r>
              <w:rPr>
                <w:b/>
                <w:color w:val="FFFFFF"/>
                <w:sz w:val="30"/>
                <w:lang w:eastAsia="zh-CN"/>
              </w:rPr>
              <w:br/>
            </w:r>
            <w:r>
              <w:rPr>
                <w:b/>
                <w:color w:val="FFFFFF"/>
                <w:sz w:val="30"/>
                <w:lang w:eastAsia="zh-CN"/>
              </w:rPr>
              <w:t>参会回执表</w:t>
            </w:r>
          </w:p>
        </w:tc>
      </w:tr>
      <w:tr w:rsidR="00FE68C1" w14:paraId="00F5A94E" w14:textId="77777777" w:rsidTr="0021174B">
        <w:trPr>
          <w:jc w:val="center"/>
        </w:trPr>
        <w:tc>
          <w:tcPr>
            <w:tcW w:w="10432" w:type="dxa"/>
            <w:gridSpan w:val="5"/>
            <w:shd w:val="clear" w:color="auto" w:fill="DCEBD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FDC4952" w14:textId="77777777" w:rsidR="00FE68C1" w:rsidRDefault="00000000">
            <w:pPr>
              <w:jc w:val="center"/>
              <w:rPr>
                <w:lang w:eastAsia="zh-CN"/>
              </w:rPr>
            </w:pPr>
            <w:r>
              <w:rPr>
                <w:color w:val="285943"/>
                <w:lang w:eastAsia="zh-CN"/>
              </w:rPr>
              <w:t>会议时间：</w:t>
            </w:r>
            <w:r>
              <w:rPr>
                <w:color w:val="285943"/>
                <w:lang w:eastAsia="zh-CN"/>
              </w:rPr>
              <w:t>2026</w:t>
            </w:r>
            <w:r>
              <w:rPr>
                <w:color w:val="285943"/>
                <w:lang w:eastAsia="zh-CN"/>
              </w:rPr>
              <w:t>年</w:t>
            </w:r>
            <w:r>
              <w:rPr>
                <w:color w:val="285943"/>
                <w:lang w:eastAsia="zh-CN"/>
              </w:rPr>
              <w:t>11</w:t>
            </w:r>
            <w:r>
              <w:rPr>
                <w:color w:val="285943"/>
                <w:lang w:eastAsia="zh-CN"/>
              </w:rPr>
              <w:t>月</w:t>
            </w:r>
            <w:r>
              <w:rPr>
                <w:color w:val="285943"/>
                <w:lang w:eastAsia="zh-CN"/>
              </w:rPr>
              <w:t>24</w:t>
            </w:r>
            <w:r>
              <w:rPr>
                <w:color w:val="285943"/>
                <w:lang w:eastAsia="zh-CN"/>
              </w:rPr>
              <w:t>日至</w:t>
            </w:r>
            <w:r>
              <w:rPr>
                <w:color w:val="285943"/>
                <w:lang w:eastAsia="zh-CN"/>
              </w:rPr>
              <w:t>27</w:t>
            </w:r>
            <w:r>
              <w:rPr>
                <w:color w:val="285943"/>
                <w:lang w:eastAsia="zh-CN"/>
              </w:rPr>
              <w:t>日</w:t>
            </w:r>
            <w:r>
              <w:rPr>
                <w:color w:val="285943"/>
                <w:lang w:eastAsia="zh-CN"/>
              </w:rPr>
              <w:br/>
            </w:r>
            <w:r>
              <w:rPr>
                <w:color w:val="285943"/>
                <w:lang w:eastAsia="zh-CN"/>
              </w:rPr>
              <w:t>会议地点：尼泊尔加德满都</w:t>
            </w:r>
            <w:r>
              <w:rPr>
                <w:color w:val="285943"/>
                <w:lang w:eastAsia="zh-CN"/>
              </w:rPr>
              <w:br/>
            </w:r>
            <w:r>
              <w:rPr>
                <w:color w:val="285943"/>
                <w:lang w:eastAsia="zh-CN"/>
              </w:rPr>
              <w:t>本回执用于确认参会人员及准备邀请函。请填写后返回会务组。</w:t>
            </w:r>
          </w:p>
        </w:tc>
      </w:tr>
      <w:tr w:rsidR="00FE68C1" w14:paraId="6D192C1B" w14:textId="77777777" w:rsidTr="00FA1AAA">
        <w:trPr>
          <w:jc w:val="center"/>
        </w:trPr>
        <w:tc>
          <w:tcPr>
            <w:tcW w:w="260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B6CD8FE" w14:textId="77777777" w:rsidR="00FE68C1" w:rsidRDefault="00000000">
            <w:pPr>
              <w:jc w:val="center"/>
            </w:pPr>
            <w:r>
              <w:rPr>
                <w:b/>
                <w:color w:val="285943"/>
              </w:rPr>
              <w:t>姓名</w:t>
            </w:r>
          </w:p>
        </w:tc>
        <w:tc>
          <w:tcPr>
            <w:tcW w:w="7826" w:type="dxa"/>
            <w:gridSpan w:val="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9CD894D" w14:textId="7AFE87B8" w:rsidR="00FE68C1" w:rsidRDefault="00FE68C1"/>
        </w:tc>
      </w:tr>
      <w:tr w:rsidR="00FE68C1" w14:paraId="70A00A4B" w14:textId="77777777" w:rsidTr="00FA1AAA">
        <w:trPr>
          <w:jc w:val="center"/>
        </w:trPr>
        <w:tc>
          <w:tcPr>
            <w:tcW w:w="260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37F0866" w14:textId="77777777" w:rsidR="00FE68C1" w:rsidRDefault="00000000">
            <w:pPr>
              <w:jc w:val="center"/>
              <w:rPr>
                <w:lang w:eastAsia="zh-CN"/>
              </w:rPr>
            </w:pPr>
            <w:r>
              <w:rPr>
                <w:b/>
                <w:color w:val="285943"/>
                <w:lang w:eastAsia="zh-CN"/>
              </w:rPr>
              <w:t>工作单位（官方全称）</w:t>
            </w:r>
          </w:p>
        </w:tc>
        <w:tc>
          <w:tcPr>
            <w:tcW w:w="7826" w:type="dxa"/>
            <w:gridSpan w:val="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B7207BF" w14:textId="330FC4E2" w:rsidR="00FE68C1" w:rsidRPr="00FA1AAA" w:rsidRDefault="00FE68C1">
            <w:pPr>
              <w:rPr>
                <w:lang w:eastAsia="zh-CN"/>
              </w:rPr>
            </w:pPr>
          </w:p>
        </w:tc>
      </w:tr>
      <w:tr w:rsidR="00FE68C1" w14:paraId="4B90E107" w14:textId="77777777" w:rsidTr="00FA1AAA">
        <w:trPr>
          <w:jc w:val="center"/>
        </w:trPr>
        <w:tc>
          <w:tcPr>
            <w:tcW w:w="260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B7CC44" w14:textId="77777777" w:rsidR="00FE68C1" w:rsidRDefault="00000000">
            <w:pPr>
              <w:jc w:val="center"/>
            </w:pPr>
            <w:r>
              <w:rPr>
                <w:b/>
                <w:color w:val="285943"/>
              </w:rPr>
              <w:t>部门</w:t>
            </w:r>
          </w:p>
        </w:tc>
        <w:tc>
          <w:tcPr>
            <w:tcW w:w="7826" w:type="dxa"/>
            <w:gridSpan w:val="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2431A2" w14:textId="7F00E4D2" w:rsidR="00FE68C1" w:rsidRDefault="00FE68C1"/>
        </w:tc>
      </w:tr>
      <w:tr w:rsidR="00FA1AAA" w14:paraId="113635CB" w14:textId="3C7C6CD9" w:rsidTr="00163081">
        <w:trPr>
          <w:jc w:val="center"/>
        </w:trPr>
        <w:tc>
          <w:tcPr>
            <w:tcW w:w="260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015A6D5" w14:textId="77777777" w:rsidR="00FA1AAA" w:rsidRDefault="00FA1AAA">
            <w:pPr>
              <w:jc w:val="center"/>
            </w:pPr>
            <w:r>
              <w:rPr>
                <w:b/>
                <w:color w:val="285943"/>
              </w:rPr>
              <w:t>职务</w:t>
            </w:r>
          </w:p>
        </w:tc>
        <w:tc>
          <w:tcPr>
            <w:tcW w:w="3209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9ADF253" w14:textId="60573A82" w:rsidR="00FA1AAA" w:rsidRDefault="00FA1AAA"/>
        </w:tc>
        <w:tc>
          <w:tcPr>
            <w:tcW w:w="1649" w:type="dxa"/>
            <w:gridSpan w:val="2"/>
            <w:vAlign w:val="center"/>
          </w:tcPr>
          <w:p w14:paraId="09353763" w14:textId="61254B65" w:rsidR="00FA1AAA" w:rsidRDefault="00FA1AAA" w:rsidP="00FA1AAA">
            <w:pPr>
              <w:jc w:val="center"/>
            </w:pPr>
            <w:r w:rsidRPr="00FA1AAA">
              <w:rPr>
                <w:rFonts w:hint="eastAsia"/>
                <w:b/>
                <w:color w:val="285943"/>
              </w:rPr>
              <w:t>职称</w:t>
            </w:r>
          </w:p>
        </w:tc>
        <w:tc>
          <w:tcPr>
            <w:tcW w:w="2968" w:type="dxa"/>
            <w:vAlign w:val="center"/>
          </w:tcPr>
          <w:p w14:paraId="0C689907" w14:textId="77777777" w:rsidR="00FA1AAA" w:rsidRDefault="00FA1AAA"/>
        </w:tc>
      </w:tr>
      <w:tr w:rsidR="00FE68C1" w14:paraId="165C346E" w14:textId="77777777" w:rsidTr="00FA1AAA">
        <w:trPr>
          <w:jc w:val="center"/>
        </w:trPr>
        <w:tc>
          <w:tcPr>
            <w:tcW w:w="260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7BA65D7" w14:textId="0CFC3C5D" w:rsidR="00FE68C1" w:rsidRDefault="00163081">
            <w:pPr>
              <w:jc w:val="center"/>
            </w:pPr>
            <w:r w:rsidRPr="00163081">
              <w:rPr>
                <w:rFonts w:hint="eastAsia"/>
                <w:b/>
                <w:color w:val="285943"/>
              </w:rPr>
              <w:t>待分享内容</w:t>
            </w:r>
            <w:r w:rsidR="009C529D">
              <w:rPr>
                <w:rFonts w:hint="eastAsia"/>
                <w:b/>
                <w:color w:val="285943"/>
                <w:lang w:eastAsia="zh-CN"/>
              </w:rPr>
              <w:t>（如有）</w:t>
            </w:r>
          </w:p>
        </w:tc>
        <w:tc>
          <w:tcPr>
            <w:tcW w:w="7826" w:type="dxa"/>
            <w:gridSpan w:val="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4E1D2AD" w14:textId="0D6C6E90" w:rsidR="00FE68C1" w:rsidRDefault="00FE68C1"/>
        </w:tc>
      </w:tr>
      <w:tr w:rsidR="00163081" w14:paraId="59447FC2" w14:textId="2F3FA79A" w:rsidTr="00163081">
        <w:trPr>
          <w:jc w:val="center"/>
        </w:trPr>
        <w:tc>
          <w:tcPr>
            <w:tcW w:w="260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A5423EB" w14:textId="07C0EE74" w:rsidR="00163081" w:rsidRDefault="00163081">
            <w:pPr>
              <w:jc w:val="center"/>
            </w:pPr>
            <w:r>
              <w:rPr>
                <w:b/>
                <w:color w:val="285943"/>
              </w:rPr>
              <w:t>联系电话</w:t>
            </w:r>
          </w:p>
        </w:tc>
        <w:tc>
          <w:tcPr>
            <w:tcW w:w="3209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8F2E4E9" w14:textId="13DA3BEB" w:rsidR="00163081" w:rsidRDefault="00163081"/>
        </w:tc>
        <w:tc>
          <w:tcPr>
            <w:tcW w:w="1637" w:type="dxa"/>
            <w:vAlign w:val="center"/>
          </w:tcPr>
          <w:p w14:paraId="0CDA1AB2" w14:textId="2FED7107" w:rsidR="00163081" w:rsidRDefault="00163081" w:rsidP="00163081">
            <w:pPr>
              <w:jc w:val="center"/>
            </w:pPr>
            <w:r>
              <w:rPr>
                <w:b/>
                <w:color w:val="285943"/>
              </w:rPr>
              <w:t>电子邮箱</w:t>
            </w:r>
          </w:p>
        </w:tc>
        <w:tc>
          <w:tcPr>
            <w:tcW w:w="2980" w:type="dxa"/>
            <w:gridSpan w:val="2"/>
            <w:vAlign w:val="center"/>
          </w:tcPr>
          <w:p w14:paraId="380D9E8E" w14:textId="77777777" w:rsidR="00163081" w:rsidRDefault="00163081"/>
        </w:tc>
      </w:tr>
      <w:tr w:rsidR="00FE68C1" w14:paraId="7F16F961" w14:textId="77777777" w:rsidTr="00163081">
        <w:trPr>
          <w:jc w:val="center"/>
        </w:trPr>
        <w:tc>
          <w:tcPr>
            <w:tcW w:w="5815" w:type="dxa"/>
            <w:gridSpan w:val="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CD91029" w14:textId="0F3D5E4A" w:rsidR="00FE68C1" w:rsidRDefault="00000000">
            <w:pPr>
              <w:rPr>
                <w:lang w:eastAsia="zh-CN"/>
              </w:rPr>
            </w:pPr>
            <w:r>
              <w:rPr>
                <w:b/>
                <w:color w:val="285943"/>
                <w:lang w:eastAsia="zh-CN"/>
              </w:rPr>
              <w:t>是否需要支持文件（如邀请函）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（是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/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否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/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待确认）</w:t>
            </w:r>
          </w:p>
        </w:tc>
        <w:tc>
          <w:tcPr>
            <w:tcW w:w="4617" w:type="dxa"/>
            <w:gridSpan w:val="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E4DF0AD" w14:textId="52A2DB35" w:rsidR="00FE68C1" w:rsidRDefault="00FE68C1">
            <w:pPr>
              <w:jc w:val="center"/>
              <w:rPr>
                <w:lang w:eastAsia="zh-CN"/>
              </w:rPr>
            </w:pPr>
          </w:p>
        </w:tc>
      </w:tr>
      <w:tr w:rsidR="00FE68C1" w14:paraId="4C2A9414" w14:textId="77777777" w:rsidTr="00163081">
        <w:trPr>
          <w:jc w:val="center"/>
        </w:trPr>
        <w:tc>
          <w:tcPr>
            <w:tcW w:w="5815" w:type="dxa"/>
            <w:gridSpan w:val="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F6A0AF4" w14:textId="198F2244" w:rsidR="00FE68C1" w:rsidRDefault="00000000">
            <w:pPr>
              <w:rPr>
                <w:lang w:eastAsia="zh-CN"/>
              </w:rPr>
            </w:pPr>
            <w:r>
              <w:rPr>
                <w:b/>
                <w:color w:val="285943"/>
                <w:lang w:eastAsia="zh-CN"/>
              </w:rPr>
              <w:t>是否有自筹经费支持参会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（是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/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否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/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待确认）</w:t>
            </w:r>
          </w:p>
        </w:tc>
        <w:tc>
          <w:tcPr>
            <w:tcW w:w="4617" w:type="dxa"/>
            <w:gridSpan w:val="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331147" w14:textId="4CC06B7A" w:rsidR="00FE68C1" w:rsidRDefault="00FE68C1">
            <w:pPr>
              <w:jc w:val="center"/>
              <w:rPr>
                <w:lang w:eastAsia="zh-CN"/>
              </w:rPr>
            </w:pPr>
          </w:p>
        </w:tc>
      </w:tr>
      <w:tr w:rsidR="00FE68C1" w14:paraId="031CD3BC" w14:textId="77777777" w:rsidTr="00163081">
        <w:trPr>
          <w:jc w:val="center"/>
        </w:trPr>
        <w:tc>
          <w:tcPr>
            <w:tcW w:w="5815" w:type="dxa"/>
            <w:gridSpan w:val="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87FA174" w14:textId="23224839" w:rsidR="00FE68C1" w:rsidRDefault="00000000">
            <w:pPr>
              <w:rPr>
                <w:lang w:eastAsia="zh-CN"/>
              </w:rPr>
            </w:pPr>
            <w:r>
              <w:rPr>
                <w:b/>
                <w:color w:val="285943"/>
                <w:lang w:eastAsia="zh-CN"/>
              </w:rPr>
              <w:t>是否需要主办方协助预订会场酒店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（是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/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否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/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待确认）</w:t>
            </w:r>
          </w:p>
        </w:tc>
        <w:tc>
          <w:tcPr>
            <w:tcW w:w="4617" w:type="dxa"/>
            <w:gridSpan w:val="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3619EFA" w14:textId="0CE7FE64" w:rsidR="00FE68C1" w:rsidRDefault="00FE68C1">
            <w:pPr>
              <w:jc w:val="center"/>
              <w:rPr>
                <w:lang w:eastAsia="zh-CN"/>
              </w:rPr>
            </w:pPr>
          </w:p>
        </w:tc>
      </w:tr>
      <w:tr w:rsidR="00FE68C1" w14:paraId="3BABE476" w14:textId="77777777" w:rsidTr="00163081">
        <w:trPr>
          <w:jc w:val="center"/>
        </w:trPr>
        <w:tc>
          <w:tcPr>
            <w:tcW w:w="5815" w:type="dxa"/>
            <w:gridSpan w:val="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3F390F8" w14:textId="46CE646A" w:rsidR="00FE68C1" w:rsidRDefault="00000000">
            <w:pPr>
              <w:rPr>
                <w:lang w:eastAsia="zh-CN"/>
              </w:rPr>
            </w:pPr>
            <w:r>
              <w:rPr>
                <w:b/>
                <w:color w:val="285943"/>
                <w:lang w:eastAsia="zh-CN"/>
              </w:rPr>
              <w:t>是否参加商务对接活动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（是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/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否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/</w:t>
            </w:r>
            <w:r w:rsidR="0021174B">
              <w:rPr>
                <w:rFonts w:hint="eastAsia"/>
                <w:b/>
                <w:color w:val="285943"/>
                <w:lang w:eastAsia="zh-CN"/>
              </w:rPr>
              <w:t>待确认）</w:t>
            </w:r>
          </w:p>
        </w:tc>
        <w:tc>
          <w:tcPr>
            <w:tcW w:w="4617" w:type="dxa"/>
            <w:gridSpan w:val="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0D1A04" w14:textId="45BDF59B" w:rsidR="00FE68C1" w:rsidRDefault="00FE68C1">
            <w:pPr>
              <w:jc w:val="center"/>
              <w:rPr>
                <w:lang w:eastAsia="zh-CN"/>
              </w:rPr>
            </w:pPr>
          </w:p>
        </w:tc>
      </w:tr>
      <w:tr w:rsidR="00FE68C1" w14:paraId="5739F5AC" w14:textId="77777777" w:rsidTr="0021174B">
        <w:trPr>
          <w:jc w:val="center"/>
        </w:trPr>
        <w:tc>
          <w:tcPr>
            <w:tcW w:w="10432" w:type="dxa"/>
            <w:gridSpan w:val="5"/>
            <w:shd w:val="clear" w:color="auto" w:fill="3F7D5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C68455E" w14:textId="4056EF76" w:rsidR="00FE68C1" w:rsidRDefault="00000000">
            <w:r>
              <w:rPr>
                <w:b/>
                <w:color w:val="FFFFFF"/>
              </w:rPr>
              <w:t>个人简介（</w:t>
            </w:r>
            <w:r>
              <w:rPr>
                <w:b/>
                <w:color w:val="FFFFFF"/>
              </w:rPr>
              <w:t>100</w:t>
            </w:r>
            <w:r w:rsidR="00527F84">
              <w:rPr>
                <w:rFonts w:hint="eastAsia"/>
                <w:b/>
                <w:color w:val="FFFFFF"/>
                <w:lang w:eastAsia="zh-CN"/>
              </w:rPr>
              <w:t>字</w:t>
            </w:r>
            <w:r>
              <w:rPr>
                <w:b/>
                <w:color w:val="FFFFFF"/>
              </w:rPr>
              <w:t>以内）</w:t>
            </w:r>
          </w:p>
        </w:tc>
      </w:tr>
      <w:tr w:rsidR="00FE68C1" w14:paraId="4754A707" w14:textId="77777777" w:rsidTr="0021174B">
        <w:trPr>
          <w:jc w:val="center"/>
        </w:trPr>
        <w:tc>
          <w:tcPr>
            <w:tcW w:w="10432" w:type="dxa"/>
            <w:gridSpan w:val="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A73B574" w14:textId="77777777" w:rsidR="00FE68C1" w:rsidRDefault="00FE68C1">
            <w:pPr>
              <w:rPr>
                <w:color w:val="000000"/>
              </w:rPr>
            </w:pPr>
          </w:p>
          <w:p w14:paraId="4D504787" w14:textId="77777777" w:rsidR="00617700" w:rsidRDefault="00617700">
            <w:pPr>
              <w:rPr>
                <w:color w:val="000000"/>
                <w:lang w:eastAsia="zh-CN"/>
              </w:rPr>
            </w:pPr>
          </w:p>
          <w:p w14:paraId="057753F2" w14:textId="77777777" w:rsidR="00617700" w:rsidRDefault="00617700">
            <w:pPr>
              <w:rPr>
                <w:lang w:eastAsia="zh-CN"/>
              </w:rPr>
            </w:pPr>
          </w:p>
          <w:p w14:paraId="6592AF1C" w14:textId="61D51D47" w:rsidR="00617700" w:rsidRDefault="00617700">
            <w:pPr>
              <w:rPr>
                <w:lang w:eastAsia="zh-CN"/>
              </w:rPr>
            </w:pPr>
          </w:p>
        </w:tc>
      </w:tr>
      <w:tr w:rsidR="00FE68C1" w14:paraId="1A55DF88" w14:textId="77777777" w:rsidTr="0021174B">
        <w:trPr>
          <w:jc w:val="center"/>
        </w:trPr>
        <w:tc>
          <w:tcPr>
            <w:tcW w:w="10432" w:type="dxa"/>
            <w:gridSpan w:val="5"/>
            <w:shd w:val="clear" w:color="auto" w:fill="3F7D5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9899ED" w14:textId="622D4CA5" w:rsidR="00FE68C1" w:rsidRDefault="00000000">
            <w:r>
              <w:rPr>
                <w:b/>
                <w:color w:val="FFFFFF"/>
              </w:rPr>
              <w:t>机构简介（</w:t>
            </w:r>
            <w:r>
              <w:rPr>
                <w:b/>
                <w:color w:val="FFFFFF"/>
              </w:rPr>
              <w:t>100</w:t>
            </w:r>
            <w:r w:rsidR="00527F84">
              <w:rPr>
                <w:rFonts w:hint="eastAsia"/>
                <w:b/>
                <w:color w:val="FFFFFF"/>
                <w:lang w:eastAsia="zh-CN"/>
              </w:rPr>
              <w:t>字</w:t>
            </w:r>
            <w:r>
              <w:rPr>
                <w:b/>
                <w:color w:val="FFFFFF"/>
              </w:rPr>
              <w:t>以内）</w:t>
            </w:r>
          </w:p>
        </w:tc>
      </w:tr>
      <w:tr w:rsidR="00FE68C1" w14:paraId="577E59A1" w14:textId="77777777" w:rsidTr="0021174B">
        <w:trPr>
          <w:jc w:val="center"/>
        </w:trPr>
        <w:tc>
          <w:tcPr>
            <w:tcW w:w="10432" w:type="dxa"/>
            <w:gridSpan w:val="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39490A1" w14:textId="77777777" w:rsidR="00FE68C1" w:rsidRDefault="00FE68C1">
            <w:pPr>
              <w:rPr>
                <w:lang w:eastAsia="zh-CN"/>
              </w:rPr>
            </w:pPr>
          </w:p>
          <w:p w14:paraId="3636E08C" w14:textId="77777777" w:rsidR="00617700" w:rsidRDefault="00617700">
            <w:pPr>
              <w:rPr>
                <w:lang w:eastAsia="zh-CN"/>
              </w:rPr>
            </w:pPr>
          </w:p>
          <w:p w14:paraId="104D3697" w14:textId="77777777" w:rsidR="00617700" w:rsidRDefault="00617700">
            <w:pPr>
              <w:rPr>
                <w:lang w:eastAsia="zh-CN"/>
              </w:rPr>
            </w:pPr>
          </w:p>
          <w:p w14:paraId="6B6D345A" w14:textId="7C2155AE" w:rsidR="00617700" w:rsidRDefault="00617700">
            <w:pPr>
              <w:rPr>
                <w:lang w:eastAsia="zh-CN"/>
              </w:rPr>
            </w:pPr>
          </w:p>
        </w:tc>
      </w:tr>
      <w:tr w:rsidR="00FE68C1" w14:paraId="568A0FCE" w14:textId="77777777" w:rsidTr="0021174B">
        <w:trPr>
          <w:jc w:val="center"/>
        </w:trPr>
        <w:tc>
          <w:tcPr>
            <w:tcW w:w="10432" w:type="dxa"/>
            <w:gridSpan w:val="5"/>
            <w:shd w:val="clear" w:color="auto" w:fill="3F7D5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54155EC" w14:textId="77777777" w:rsidR="00FE68C1" w:rsidRDefault="00000000">
            <w:r>
              <w:rPr>
                <w:b/>
                <w:color w:val="FFFFFF"/>
              </w:rPr>
              <w:t>其他备注</w:t>
            </w:r>
          </w:p>
        </w:tc>
      </w:tr>
      <w:tr w:rsidR="00FE68C1" w14:paraId="0AE4FA16" w14:textId="77777777" w:rsidTr="0021174B">
        <w:trPr>
          <w:jc w:val="center"/>
        </w:trPr>
        <w:tc>
          <w:tcPr>
            <w:tcW w:w="10432" w:type="dxa"/>
            <w:gridSpan w:val="5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CEA3088" w14:textId="77777777" w:rsidR="00FE68C1" w:rsidRDefault="00FE68C1">
            <w:pPr>
              <w:rPr>
                <w:lang w:eastAsia="zh-CN"/>
              </w:rPr>
            </w:pPr>
          </w:p>
          <w:p w14:paraId="5EAD5C62" w14:textId="77777777" w:rsidR="00617700" w:rsidRDefault="00617700">
            <w:pPr>
              <w:rPr>
                <w:lang w:eastAsia="zh-CN"/>
              </w:rPr>
            </w:pPr>
          </w:p>
          <w:p w14:paraId="098D4035" w14:textId="11B172CB" w:rsidR="00617700" w:rsidRDefault="00617700">
            <w:pPr>
              <w:rPr>
                <w:lang w:eastAsia="zh-CN"/>
              </w:rPr>
            </w:pPr>
          </w:p>
        </w:tc>
      </w:tr>
    </w:tbl>
    <w:p w14:paraId="556E150A" w14:textId="77777777" w:rsidR="00373172" w:rsidRDefault="00373172"/>
    <w:sectPr w:rsidR="00373172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D913A" w14:textId="77777777" w:rsidR="0021614A" w:rsidRDefault="0021614A" w:rsidP="00E709E2">
      <w:pPr>
        <w:spacing w:after="0" w:line="240" w:lineRule="auto"/>
      </w:pPr>
      <w:r>
        <w:separator/>
      </w:r>
    </w:p>
  </w:endnote>
  <w:endnote w:type="continuationSeparator" w:id="0">
    <w:p w14:paraId="6B9D0820" w14:textId="77777777" w:rsidR="0021614A" w:rsidRDefault="0021614A" w:rsidP="00E7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D0E1" w14:textId="77777777" w:rsidR="0021614A" w:rsidRDefault="0021614A" w:rsidP="00E709E2">
      <w:pPr>
        <w:spacing w:after="0" w:line="240" w:lineRule="auto"/>
      </w:pPr>
      <w:r>
        <w:separator/>
      </w:r>
    </w:p>
  </w:footnote>
  <w:footnote w:type="continuationSeparator" w:id="0">
    <w:p w14:paraId="0350324C" w14:textId="77777777" w:rsidR="0021614A" w:rsidRDefault="0021614A" w:rsidP="00E70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6744923">
    <w:abstractNumId w:val="8"/>
  </w:num>
  <w:num w:numId="2" w16cid:durableId="1948078506">
    <w:abstractNumId w:val="6"/>
  </w:num>
  <w:num w:numId="3" w16cid:durableId="1902331162">
    <w:abstractNumId w:val="5"/>
  </w:num>
  <w:num w:numId="4" w16cid:durableId="486560518">
    <w:abstractNumId w:val="4"/>
  </w:num>
  <w:num w:numId="5" w16cid:durableId="398556950">
    <w:abstractNumId w:val="7"/>
  </w:num>
  <w:num w:numId="6" w16cid:durableId="812789720">
    <w:abstractNumId w:val="3"/>
  </w:num>
  <w:num w:numId="7" w16cid:durableId="1866090891">
    <w:abstractNumId w:val="2"/>
  </w:num>
  <w:num w:numId="8" w16cid:durableId="1493764662">
    <w:abstractNumId w:val="1"/>
  </w:num>
  <w:num w:numId="9" w16cid:durableId="15140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3081"/>
    <w:rsid w:val="0021174B"/>
    <w:rsid w:val="0021614A"/>
    <w:rsid w:val="0029639D"/>
    <w:rsid w:val="00326F90"/>
    <w:rsid w:val="00373172"/>
    <w:rsid w:val="00393AC2"/>
    <w:rsid w:val="00527F84"/>
    <w:rsid w:val="00562508"/>
    <w:rsid w:val="005E54FB"/>
    <w:rsid w:val="00617700"/>
    <w:rsid w:val="008A7A75"/>
    <w:rsid w:val="009C529D"/>
    <w:rsid w:val="00AA1D8D"/>
    <w:rsid w:val="00B47730"/>
    <w:rsid w:val="00CB0664"/>
    <w:rsid w:val="00D20EEB"/>
    <w:rsid w:val="00E709E2"/>
    <w:rsid w:val="00F80267"/>
    <w:rsid w:val="00FA1AAA"/>
    <w:rsid w:val="00FC693F"/>
    <w:rsid w:val="00FE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E97371"/>
  <w14:defaultImageDpi w14:val="300"/>
  <w15:docId w15:val="{5575DA57-02BC-4614-B47A-7F347850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eastAsia="微软雅黑" w:hAnsi="Calibri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9">
    <w:name w:val="Revision"/>
    <w:hidden/>
    <w:uiPriority w:val="99"/>
    <w:semiHidden/>
    <w:rsid w:val="00527F84"/>
    <w:pPr>
      <w:spacing w:after="0" w:line="240" w:lineRule="auto"/>
    </w:pPr>
    <w:rPr>
      <w:rFonts w:ascii="Calibri" w:eastAsia="微软雅黑" w:hAnsi="Calibr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155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Xiaoyin Wang</dc:creator>
  <cp:keywords/>
  <dc:description>generated by python-docx</dc:description>
  <cp:lastModifiedBy>Xiaoyin Wang</cp:lastModifiedBy>
  <cp:revision>10</cp:revision>
  <dcterms:created xsi:type="dcterms:W3CDTF">2026-08-12T04:00:00Z</dcterms:created>
  <dcterms:modified xsi:type="dcterms:W3CDTF">2026-08-17T05:52:00Z</dcterms:modified>
  <cp:category/>
</cp:coreProperties>
</file>